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A842B" w14:textId="74BC7181" w:rsidR="00CA01D0" w:rsidRPr="009D6B5E" w:rsidRDefault="00EC245D" w:rsidP="009D6B5E">
      <w:pPr>
        <w:jc w:val="center"/>
        <w:rPr>
          <w:b/>
          <w:sz w:val="28"/>
          <w:szCs w:val="28"/>
          <w:lang w:eastAsia="ja-JP"/>
        </w:rPr>
      </w:pPr>
      <w:r w:rsidRPr="004320AD">
        <w:rPr>
          <w:b/>
          <w:sz w:val="28"/>
          <w:szCs w:val="28"/>
          <w:lang w:eastAsia="ja-JP"/>
        </w:rPr>
        <w:t>請願・陳情に関する個人情報の取扱い</w:t>
      </w:r>
      <w:r w:rsidR="009D6B5E">
        <w:rPr>
          <w:rFonts w:hint="eastAsia"/>
          <w:b/>
          <w:sz w:val="28"/>
          <w:szCs w:val="28"/>
          <w:lang w:eastAsia="ja-JP"/>
        </w:rPr>
        <w:t>に係る</w:t>
      </w:r>
      <w:r w:rsidRPr="004320AD">
        <w:rPr>
          <w:b/>
          <w:sz w:val="28"/>
          <w:szCs w:val="28"/>
          <w:lang w:eastAsia="ja-JP"/>
        </w:rPr>
        <w:t>同意書</w:t>
      </w:r>
    </w:p>
    <w:p w14:paraId="546D6705" w14:textId="77777777" w:rsidR="00CA01D0" w:rsidRDefault="00CA01D0">
      <w:pPr>
        <w:rPr>
          <w:lang w:eastAsia="ja-JP"/>
        </w:rPr>
      </w:pPr>
    </w:p>
    <w:p w14:paraId="04161F55" w14:textId="4FD97B96" w:rsidR="00CA01D0" w:rsidRDefault="00EC245D" w:rsidP="004320AD">
      <w:pPr>
        <w:ind w:firstLineChars="100" w:firstLine="220"/>
        <w:rPr>
          <w:lang w:eastAsia="ja-JP"/>
        </w:rPr>
      </w:pPr>
      <w:r>
        <w:rPr>
          <w:lang w:eastAsia="ja-JP"/>
        </w:rPr>
        <w:t>私は、請願・陳情の提出に当たり、請願書及び陳情書に記載された個人情報のうち氏名について、以下の</w:t>
      </w:r>
      <w:r w:rsidR="004320AD">
        <w:rPr>
          <w:rFonts w:hint="eastAsia"/>
          <w:lang w:eastAsia="ja-JP"/>
        </w:rPr>
        <w:t>取扱い</w:t>
      </w:r>
      <w:r>
        <w:rPr>
          <w:lang w:eastAsia="ja-JP"/>
        </w:rPr>
        <w:t>に同意します。</w:t>
      </w:r>
    </w:p>
    <w:p w14:paraId="5FBCC4A9" w14:textId="1DB5E962" w:rsidR="00CA01D0" w:rsidRDefault="00EC245D" w:rsidP="004320AD">
      <w:pPr>
        <w:pStyle w:val="ae"/>
        <w:numPr>
          <w:ilvl w:val="0"/>
          <w:numId w:val="10"/>
        </w:numPr>
        <w:rPr>
          <w:lang w:eastAsia="ja-JP"/>
        </w:rPr>
      </w:pPr>
      <w:r>
        <w:rPr>
          <w:lang w:eastAsia="ja-JP"/>
        </w:rPr>
        <w:t>本会議や委員会において、請願・陳情者の氏名が読み上げられる場合があり、傍聴者等の不特定多数の方に知られることがあ</w:t>
      </w:r>
      <w:r w:rsidR="00171432">
        <w:rPr>
          <w:rFonts w:hint="eastAsia"/>
          <w:lang w:eastAsia="ja-JP"/>
        </w:rPr>
        <w:t>ること</w:t>
      </w:r>
      <w:r>
        <w:rPr>
          <w:lang w:eastAsia="ja-JP"/>
        </w:rPr>
        <w:t>。</w:t>
      </w:r>
    </w:p>
    <w:p w14:paraId="67D17DDB" w14:textId="509FD466" w:rsidR="00CA01D0" w:rsidRDefault="00EC245D" w:rsidP="004320AD">
      <w:pPr>
        <w:pStyle w:val="ae"/>
        <w:numPr>
          <w:ilvl w:val="0"/>
          <w:numId w:val="10"/>
        </w:numPr>
        <w:rPr>
          <w:lang w:eastAsia="ja-JP"/>
        </w:rPr>
      </w:pPr>
      <w:r>
        <w:rPr>
          <w:lang w:eastAsia="ja-JP"/>
        </w:rPr>
        <w:t>議会で配付する請願・陳情文書表に氏名が記載され、議員及び市の関係者に配付され</w:t>
      </w:r>
      <w:r w:rsidR="00171432">
        <w:rPr>
          <w:rFonts w:hint="eastAsia"/>
          <w:lang w:eastAsia="ja-JP"/>
        </w:rPr>
        <w:t>ること</w:t>
      </w:r>
      <w:r>
        <w:rPr>
          <w:lang w:eastAsia="ja-JP"/>
        </w:rPr>
        <w:t>。</w:t>
      </w:r>
    </w:p>
    <w:p w14:paraId="4B150959" w14:textId="79BF57A7" w:rsidR="009D6B5E" w:rsidRDefault="009D6B5E" w:rsidP="009D6B5E">
      <w:pPr>
        <w:pStyle w:val="ae"/>
        <w:numPr>
          <w:ilvl w:val="0"/>
          <w:numId w:val="10"/>
        </w:numPr>
        <w:rPr>
          <w:lang w:eastAsia="ja-JP"/>
        </w:rPr>
      </w:pPr>
      <w:r>
        <w:rPr>
          <w:rFonts w:hint="eastAsia"/>
          <w:lang w:eastAsia="ja-JP"/>
        </w:rPr>
        <w:t>公共施設等に配架される会議録に掲載され</w:t>
      </w:r>
      <w:r w:rsidR="00171432">
        <w:rPr>
          <w:rFonts w:hint="eastAsia"/>
          <w:lang w:eastAsia="ja-JP"/>
        </w:rPr>
        <w:t>ること</w:t>
      </w:r>
      <w:r>
        <w:rPr>
          <w:rFonts w:hint="eastAsia"/>
          <w:lang w:eastAsia="ja-JP"/>
        </w:rPr>
        <w:t>。</w:t>
      </w:r>
    </w:p>
    <w:p w14:paraId="0114660A" w14:textId="395F3359" w:rsidR="009D6B5E" w:rsidRDefault="009D6B5E" w:rsidP="009D6B5E">
      <w:pPr>
        <w:pStyle w:val="ae"/>
        <w:numPr>
          <w:ilvl w:val="0"/>
          <w:numId w:val="10"/>
        </w:numPr>
        <w:rPr>
          <w:lang w:eastAsia="ja-JP"/>
        </w:rPr>
      </w:pPr>
      <w:r>
        <w:rPr>
          <w:rFonts w:hint="eastAsia"/>
          <w:lang w:eastAsia="ja-JP"/>
        </w:rPr>
        <w:t>本会議や委員会での発言は、会議録検索システムに掲載され、インターネットを通じて閲覧できる状態とな</w:t>
      </w:r>
      <w:r w:rsidR="00171432">
        <w:rPr>
          <w:rFonts w:hint="eastAsia"/>
          <w:lang w:eastAsia="ja-JP"/>
        </w:rPr>
        <w:t>ること</w:t>
      </w:r>
      <w:r>
        <w:rPr>
          <w:rFonts w:hint="eastAsia"/>
          <w:lang w:eastAsia="ja-JP"/>
        </w:rPr>
        <w:t>。</w:t>
      </w:r>
    </w:p>
    <w:p w14:paraId="069B44C9" w14:textId="7F6EDFBE" w:rsidR="009D6B5E" w:rsidRDefault="009D6B5E" w:rsidP="009D6B5E">
      <w:pPr>
        <w:pStyle w:val="ae"/>
        <w:numPr>
          <w:ilvl w:val="0"/>
          <w:numId w:val="10"/>
        </w:numPr>
        <w:rPr>
          <w:lang w:eastAsia="ja-JP"/>
        </w:rPr>
      </w:pPr>
      <w:r>
        <w:rPr>
          <w:rFonts w:hint="eastAsia"/>
          <w:lang w:eastAsia="ja-JP"/>
        </w:rPr>
        <w:t>録画中継を含む議会中継の音声に氏名が記録されるほか、テロップ等に表示される場合があ</w:t>
      </w:r>
      <w:r w:rsidR="00171432">
        <w:rPr>
          <w:rFonts w:hint="eastAsia"/>
          <w:lang w:eastAsia="ja-JP"/>
        </w:rPr>
        <w:t>ること</w:t>
      </w:r>
      <w:r>
        <w:rPr>
          <w:rFonts w:hint="eastAsia"/>
          <w:lang w:eastAsia="ja-JP"/>
        </w:rPr>
        <w:t>。</w:t>
      </w:r>
    </w:p>
    <w:p w14:paraId="69E81382" w14:textId="73AB9523" w:rsidR="00CA01D0" w:rsidRDefault="009D6B5E" w:rsidP="009D6B5E">
      <w:pPr>
        <w:pStyle w:val="ae"/>
        <w:numPr>
          <w:ilvl w:val="0"/>
          <w:numId w:val="10"/>
        </w:numPr>
        <w:rPr>
          <w:lang w:eastAsia="ja-JP"/>
        </w:rPr>
      </w:pPr>
      <w:r>
        <w:rPr>
          <w:rFonts w:hint="eastAsia"/>
          <w:lang w:eastAsia="ja-JP"/>
        </w:rPr>
        <w:t>請願書及び陳情書並びに請願・陳情者の氏名が記載された会議資料は、行政文書として情報公開請求の対象となる場合があ</w:t>
      </w:r>
      <w:r w:rsidR="00171432">
        <w:rPr>
          <w:rFonts w:hint="eastAsia"/>
          <w:lang w:eastAsia="ja-JP"/>
        </w:rPr>
        <w:t>ること</w:t>
      </w:r>
      <w:r>
        <w:rPr>
          <w:rFonts w:hint="eastAsia"/>
          <w:lang w:eastAsia="ja-JP"/>
        </w:rPr>
        <w:t>。</w:t>
      </w:r>
    </w:p>
    <w:p w14:paraId="074149B5" w14:textId="77777777" w:rsidR="00CA01D0" w:rsidRDefault="00CA01D0">
      <w:pPr>
        <w:rPr>
          <w:lang w:eastAsia="ja-JP"/>
        </w:rPr>
      </w:pPr>
    </w:p>
    <w:p w14:paraId="6EB5524F" w14:textId="77777777" w:rsidR="00CA01D0" w:rsidRDefault="00EC245D">
      <w:proofErr w:type="spellStart"/>
      <w:r>
        <w:t>福井市議会議長</w:t>
      </w:r>
      <w:proofErr w:type="spellEnd"/>
      <w:r>
        <w:t xml:space="preserve"> </w:t>
      </w:r>
      <w:r>
        <w:t>殿</w:t>
      </w:r>
    </w:p>
    <w:p w14:paraId="3D238B53" w14:textId="77777777" w:rsidR="00CA01D0" w:rsidRDefault="00EC245D">
      <w:pPr>
        <w:jc w:val="right"/>
        <w:rPr>
          <w:lang w:eastAsia="ja-JP"/>
        </w:rPr>
      </w:pPr>
      <w:r>
        <w:t xml:space="preserve">　　　　　　年　　　月　　　日</w:t>
      </w:r>
    </w:p>
    <w:p w14:paraId="3484809D" w14:textId="77777777" w:rsidR="004320AD" w:rsidRPr="004070E0" w:rsidRDefault="004320AD">
      <w:pPr>
        <w:jc w:val="right"/>
        <w:rPr>
          <w:lang w:eastAsia="ja-JP"/>
        </w:rPr>
      </w:pPr>
    </w:p>
    <w:p w14:paraId="17A4B4EA" w14:textId="180E25D6" w:rsidR="00CA01D0" w:rsidRDefault="00EC245D" w:rsidP="004070E0">
      <w:pPr>
        <w:pBdr>
          <w:bottom w:val="single" w:sz="4" w:space="1" w:color="auto"/>
          <w:between w:val="single" w:sz="4" w:space="1" w:color="auto"/>
        </w:pBdr>
        <w:rPr>
          <w:lang w:eastAsia="ja-JP"/>
        </w:rPr>
      </w:pPr>
      <w:r>
        <w:rPr>
          <w:lang w:eastAsia="ja-JP"/>
        </w:rPr>
        <w:t>請願</w:t>
      </w:r>
      <w:r w:rsidR="009D6B5E">
        <w:rPr>
          <w:lang w:eastAsia="ja-JP"/>
        </w:rPr>
        <w:t>または</w:t>
      </w:r>
      <w:r>
        <w:rPr>
          <w:lang w:eastAsia="ja-JP"/>
        </w:rPr>
        <w:t>陳情</w:t>
      </w:r>
      <w:r w:rsidR="00171432">
        <w:rPr>
          <w:rFonts w:hint="eastAsia"/>
          <w:lang w:eastAsia="ja-JP"/>
        </w:rPr>
        <w:t>の件</w:t>
      </w:r>
      <w:r>
        <w:rPr>
          <w:lang w:eastAsia="ja-JP"/>
        </w:rPr>
        <w:t>名</w:t>
      </w:r>
      <w:r w:rsidR="004070E0">
        <w:rPr>
          <w:lang w:eastAsia="ja-JP"/>
        </w:rPr>
        <w:br/>
      </w:r>
      <w:r w:rsidR="004070E0">
        <w:rPr>
          <w:lang w:eastAsia="ja-JP"/>
        </w:rPr>
        <w:br/>
      </w:r>
    </w:p>
    <w:p w14:paraId="24BD2C9B" w14:textId="6E75B008" w:rsidR="00CA01D0" w:rsidRDefault="008E3FB6" w:rsidP="008E3FB6">
      <w:pPr>
        <w:pBdr>
          <w:bottom w:val="single" w:sz="4" w:space="1" w:color="auto"/>
          <w:between w:val="single" w:sz="4" w:space="1" w:color="auto"/>
        </w:pBdr>
        <w:ind w:leftChars="1499" w:left="3298"/>
        <w:rPr>
          <w:lang w:eastAsia="ja-JP"/>
        </w:rPr>
      </w:pPr>
      <w:r>
        <w:rPr>
          <w:lang w:eastAsia="ja-JP"/>
        </w:rPr>
        <w:br/>
      </w:r>
      <w:r>
        <w:rPr>
          <w:lang w:eastAsia="ja-JP"/>
        </w:rPr>
        <w:t>請願</w:t>
      </w:r>
      <w:r w:rsidR="009D6B5E">
        <w:rPr>
          <w:rFonts w:hint="eastAsia"/>
          <w:lang w:eastAsia="ja-JP"/>
        </w:rPr>
        <w:t>者</w:t>
      </w:r>
      <w:r w:rsidR="009D6B5E">
        <w:rPr>
          <w:lang w:eastAsia="ja-JP"/>
        </w:rPr>
        <w:t>または</w:t>
      </w:r>
      <w:r>
        <w:rPr>
          <w:lang w:eastAsia="ja-JP"/>
        </w:rPr>
        <w:t>陳情</w:t>
      </w:r>
      <w:r>
        <w:rPr>
          <w:rFonts w:hint="eastAsia"/>
          <w:lang w:eastAsia="ja-JP"/>
        </w:rPr>
        <w:t>者</w:t>
      </w:r>
      <w:r w:rsidR="004070E0">
        <w:rPr>
          <w:lang w:eastAsia="ja-JP"/>
        </w:rPr>
        <w:br/>
      </w:r>
      <w:r w:rsidR="00EC245D">
        <w:rPr>
          <w:lang w:eastAsia="ja-JP"/>
        </w:rPr>
        <w:t>住所</w:t>
      </w:r>
      <w:r w:rsidR="004070E0">
        <w:rPr>
          <w:lang w:eastAsia="ja-JP"/>
        </w:rPr>
        <w:br/>
      </w:r>
    </w:p>
    <w:p w14:paraId="53E67F6E" w14:textId="77777777" w:rsidR="004070E0" w:rsidRDefault="004070E0" w:rsidP="004070E0">
      <w:pPr>
        <w:pBdr>
          <w:bottom w:val="single" w:sz="4" w:space="1" w:color="auto"/>
          <w:between w:val="single" w:sz="4" w:space="1" w:color="auto"/>
        </w:pBdr>
        <w:ind w:leftChars="1499" w:left="3298"/>
        <w:rPr>
          <w:lang w:eastAsia="ja-JP"/>
        </w:rPr>
      </w:pPr>
    </w:p>
    <w:p w14:paraId="5EFE29B9" w14:textId="0319EF04" w:rsidR="004070E0" w:rsidRDefault="004070E0" w:rsidP="004070E0">
      <w:pPr>
        <w:pBdr>
          <w:bottom w:val="single" w:sz="4" w:space="1" w:color="auto"/>
          <w:between w:val="single" w:sz="4" w:space="1" w:color="auto"/>
        </w:pBdr>
        <w:ind w:leftChars="1499" w:left="3298"/>
        <w:rPr>
          <w:lang w:eastAsia="ja-JP"/>
        </w:rPr>
      </w:pPr>
      <w:r>
        <w:rPr>
          <w:lang w:eastAsia="ja-JP"/>
        </w:rPr>
        <w:br/>
      </w:r>
      <w:r>
        <w:rPr>
          <w:lang w:eastAsia="ja-JP"/>
        </w:rPr>
        <w:br/>
      </w:r>
      <w:r>
        <w:rPr>
          <w:lang w:eastAsia="ja-JP"/>
        </w:rPr>
        <w:t>氏名（署名</w:t>
      </w:r>
      <w:r w:rsidR="009D6B5E">
        <w:rPr>
          <w:lang w:eastAsia="ja-JP"/>
        </w:rPr>
        <w:t>または</w:t>
      </w:r>
      <w:r>
        <w:rPr>
          <w:lang w:eastAsia="ja-JP"/>
        </w:rPr>
        <w:t>記名押印）</w:t>
      </w:r>
      <w:r>
        <w:rPr>
          <w:lang w:eastAsia="ja-JP"/>
        </w:rPr>
        <w:br/>
      </w:r>
      <w:r>
        <w:rPr>
          <w:lang w:eastAsia="ja-JP"/>
        </w:rPr>
        <w:br/>
      </w:r>
    </w:p>
    <w:sectPr w:rsidR="004070E0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C015BD"/>
    <w:multiLevelType w:val="hybridMultilevel"/>
    <w:tmpl w:val="082030BA"/>
    <w:lvl w:ilvl="0" w:tplc="C6E01A66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01907085">
    <w:abstractNumId w:val="8"/>
  </w:num>
  <w:num w:numId="2" w16cid:durableId="1684480073">
    <w:abstractNumId w:val="6"/>
  </w:num>
  <w:num w:numId="3" w16cid:durableId="804615780">
    <w:abstractNumId w:val="5"/>
  </w:num>
  <w:num w:numId="4" w16cid:durableId="1170869992">
    <w:abstractNumId w:val="4"/>
  </w:num>
  <w:num w:numId="5" w16cid:durableId="1483162297">
    <w:abstractNumId w:val="7"/>
  </w:num>
  <w:num w:numId="6" w16cid:durableId="892156840">
    <w:abstractNumId w:val="3"/>
  </w:num>
  <w:num w:numId="7" w16cid:durableId="480729575">
    <w:abstractNumId w:val="2"/>
  </w:num>
  <w:num w:numId="8" w16cid:durableId="1342509081">
    <w:abstractNumId w:val="1"/>
  </w:num>
  <w:num w:numId="9" w16cid:durableId="1963536865">
    <w:abstractNumId w:val="0"/>
  </w:num>
  <w:num w:numId="10" w16cid:durableId="15996791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76AF"/>
    <w:rsid w:val="0015074B"/>
    <w:rsid w:val="00171432"/>
    <w:rsid w:val="0029639D"/>
    <w:rsid w:val="00326F90"/>
    <w:rsid w:val="004070E0"/>
    <w:rsid w:val="004320AD"/>
    <w:rsid w:val="006C52BA"/>
    <w:rsid w:val="008E3FB6"/>
    <w:rsid w:val="009D6B5E"/>
    <w:rsid w:val="00AA1D8D"/>
    <w:rsid w:val="00B47730"/>
    <w:rsid w:val="00CA01D0"/>
    <w:rsid w:val="00CB0664"/>
    <w:rsid w:val="00EC245D"/>
    <w:rsid w:val="00FC693F"/>
    <w:rsid w:val="00FD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3B3949"/>
  <w14:defaultImageDpi w14:val="300"/>
  <w15:docId w15:val="{72BAF5DF-2016-4EBD-B8E8-C90AB8C84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髙島　有那</dc:creator>
  <cp:keywords/>
  <dc:description>generated by python-docx</dc:description>
  <cp:lastModifiedBy>髙島　有那</cp:lastModifiedBy>
  <cp:revision>4</cp:revision>
  <cp:lastPrinted>2026-10-19T02:23:00Z</cp:lastPrinted>
  <dcterms:created xsi:type="dcterms:W3CDTF">2026-10-09T06:46:00Z</dcterms:created>
  <dcterms:modified xsi:type="dcterms:W3CDTF">2026-10-19T02:26:00Z</dcterms:modified>
  <cp:category/>
</cp:coreProperties>
</file>